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87468" w14:textId="77777777" w:rsidR="00711499" w:rsidRDefault="0010498A">
      <w:r>
        <w:t>Subject: Join Me in Supporting United Way—Let’s Make an Impact Together</w:t>
      </w:r>
    </w:p>
    <w:p w14:paraId="37169F76" w14:textId="77777777" w:rsidR="00711499" w:rsidRDefault="00711499"/>
    <w:p w14:paraId="0FA13271" w14:textId="145B9D08" w:rsidR="00711499" w:rsidRDefault="0010498A">
      <w:r>
        <w:t>Hi Team,</w:t>
      </w:r>
    </w:p>
    <w:p w14:paraId="71CF98AD" w14:textId="7559EFBA" w:rsidR="00711499" w:rsidRDefault="0010498A">
      <w:r>
        <w:t>I’m excited to serve as our Workplace Campaign Ambassador this year.</w:t>
      </w:r>
    </w:p>
    <w:p w14:paraId="44AE8B74" w14:textId="1BAE5B90" w:rsidR="00711499" w:rsidRDefault="0010498A">
      <w:r>
        <w:t>United Way impacts more than 40,000 people each year right here in Steele County. This year, we’re working toward a bold goal of $900,000.</w:t>
      </w:r>
    </w:p>
    <w:p w14:paraId="73154446" w14:textId="26868FE6" w:rsidR="00711499" w:rsidRDefault="0010498A">
      <w:r>
        <w:t>You can give through payroll deduction, make a one-time gift, or get involved in campaign activities.</w:t>
      </w:r>
    </w:p>
    <w:p w14:paraId="11E914DD" w14:textId="77777777" w:rsidR="00711499" w:rsidRDefault="0010498A">
      <w:r>
        <w:t>Together, we can make a difference.</w:t>
      </w:r>
    </w:p>
    <w:p w14:paraId="35D21743" w14:textId="77777777" w:rsidR="00711499" w:rsidRDefault="00711499"/>
    <w:p w14:paraId="57D328ED" w14:textId="77777777" w:rsidR="00711499" w:rsidRDefault="0010498A">
      <w:r>
        <w:t>Best,</w:t>
      </w:r>
    </w:p>
    <w:p w14:paraId="5AD5DFCB" w14:textId="77777777" w:rsidR="00711499" w:rsidRDefault="0010498A">
      <w:r>
        <w:t>[Name]</w:t>
      </w:r>
    </w:p>
    <w:sectPr w:rsidR="0071149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70886217">
    <w:abstractNumId w:val="8"/>
  </w:num>
  <w:num w:numId="2" w16cid:durableId="1505248293">
    <w:abstractNumId w:val="6"/>
  </w:num>
  <w:num w:numId="3" w16cid:durableId="37899911">
    <w:abstractNumId w:val="5"/>
  </w:num>
  <w:num w:numId="4" w16cid:durableId="1596286271">
    <w:abstractNumId w:val="4"/>
  </w:num>
  <w:num w:numId="5" w16cid:durableId="1412777711">
    <w:abstractNumId w:val="7"/>
  </w:num>
  <w:num w:numId="6" w16cid:durableId="569266862">
    <w:abstractNumId w:val="3"/>
  </w:num>
  <w:num w:numId="7" w16cid:durableId="2136823927">
    <w:abstractNumId w:val="2"/>
  </w:num>
  <w:num w:numId="8" w16cid:durableId="2130539383">
    <w:abstractNumId w:val="1"/>
  </w:num>
  <w:num w:numId="9" w16cid:durableId="1094206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0498A"/>
    <w:rsid w:val="0015074B"/>
    <w:rsid w:val="0029639D"/>
    <w:rsid w:val="00326F90"/>
    <w:rsid w:val="00711499"/>
    <w:rsid w:val="00A03930"/>
    <w:rsid w:val="00AA1D8D"/>
    <w:rsid w:val="00B47730"/>
    <w:rsid w:val="00CB0664"/>
    <w:rsid w:val="00F67E0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F8439415-7ADE-4A2A-A513-25D815F1E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E9ADD199E6FB42A0F9E790CA2DB138" ma:contentTypeVersion="18" ma:contentTypeDescription="Create a new document." ma:contentTypeScope="" ma:versionID="d00dd780efb66f6b09ca959ddb8b748b">
  <xsd:schema xmlns:xsd="http://www.w3.org/2001/XMLSchema" xmlns:xs="http://www.w3.org/2001/XMLSchema" xmlns:p="http://schemas.microsoft.com/office/2006/metadata/properties" xmlns:ns2="ea46e9b4-45fa-4b82-b32b-52161f03d8dc" xmlns:ns3="1ac43814-97f8-4c2b-8e36-4615f1e64603" targetNamespace="http://schemas.microsoft.com/office/2006/metadata/properties" ma:root="true" ma:fieldsID="ddf81243a7794c69e59e6526fa2aa1e0" ns2:_="" ns3:_="">
    <xsd:import namespace="ea46e9b4-45fa-4b82-b32b-52161f03d8dc"/>
    <xsd:import namespace="1ac43814-97f8-4c2b-8e36-4615f1e646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46e9b4-45fa-4b82-b32b-52161f03d8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bed4274-54c1-4ae8-b3ba-7a346e8b12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43814-97f8-4c2b-8e36-4615f1e6460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ce68da-0333-41ec-825d-abba040ea7f0}" ma:internalName="TaxCatchAll" ma:showField="CatchAllData" ma:web="1ac43814-97f8-4c2b-8e36-4615f1e646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46e9b4-45fa-4b82-b32b-52161f03d8dc">
      <Terms xmlns="http://schemas.microsoft.com/office/infopath/2007/PartnerControls"/>
    </lcf76f155ced4ddcb4097134ff3c332f>
    <TaxCatchAll xmlns="1ac43814-97f8-4c2b-8e36-4615f1e6460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2DDF65-D42E-4C8B-872E-E69FA90552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46e9b4-45fa-4b82-b32b-52161f03d8dc"/>
    <ds:schemaRef ds:uri="1ac43814-97f8-4c2b-8e36-4615f1e646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4ABB3FF-6992-4C55-B8FE-EF8B1579BC0F}">
  <ds:schemaRefs>
    <ds:schemaRef ds:uri="http://schemas.microsoft.com/office/2006/metadata/properties"/>
    <ds:schemaRef ds:uri="http://schemas.microsoft.com/office/infopath/2007/PartnerControls"/>
    <ds:schemaRef ds:uri="ea46e9b4-45fa-4b82-b32b-52161f03d8dc"/>
    <ds:schemaRef ds:uri="1ac43814-97f8-4c2b-8e36-4615f1e64603"/>
  </ds:schemaRefs>
</ds:datastoreItem>
</file>

<file path=customXml/itemProps4.xml><?xml version="1.0" encoding="utf-8"?>
<ds:datastoreItem xmlns:ds="http://schemas.openxmlformats.org/officeDocument/2006/customXml" ds:itemID="{ED3F049C-7D2B-4AB3-A09C-43340CA8C9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Neil Lyons</cp:lastModifiedBy>
  <cp:revision>2</cp:revision>
  <dcterms:created xsi:type="dcterms:W3CDTF">2013-12-23T23:15:00Z</dcterms:created>
  <dcterms:modified xsi:type="dcterms:W3CDTF">2026-08-19T15:53:00Z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0x010100A2E9ADD199E6FB42A0F9E790CA2DB138</vt:lpwstr>
  </property>
  <property fmtid="{D5CDD505-2E9C-101B-9397-08002B2CF9AE}" pid="3" name="MediaServiceImageTags">
    <vt:lpwstr/>
  </property>
</Properties>
</file>