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0A043" w14:textId="77777777" w:rsidR="006A5D83" w:rsidRDefault="00135B43">
      <w:r>
        <w:t>Subject: Let’s Take Action—Together for Steele County</w:t>
      </w:r>
    </w:p>
    <w:p w14:paraId="0CC0F3B3" w14:textId="77777777" w:rsidR="006A5D83" w:rsidRDefault="006A5D83"/>
    <w:p w14:paraId="1945CB0C" w14:textId="709F259B" w:rsidR="006A5D83" w:rsidRDefault="00135B43">
      <w:r>
        <w:t>Dear Team,</w:t>
      </w:r>
    </w:p>
    <w:p w14:paraId="6D1E2512" w14:textId="1914D0BC" w:rsidR="006A5D83" w:rsidRDefault="00135B43">
      <w:r>
        <w:t>Each year, we have the opportunity to create meaningful change in our community through our United Way campaign.</w:t>
      </w:r>
    </w:p>
    <w:p w14:paraId="4C22AEE8" w14:textId="19B6EF5F" w:rsidR="006A5D83" w:rsidRDefault="00135B43">
      <w:r>
        <w:t>This year, our goal is $900,000, supporting programs that serve over 40,000 people annually.</w:t>
      </w:r>
    </w:p>
    <w:p w14:paraId="41AA8D9D" w14:textId="68558BA0" w:rsidR="006A5D83" w:rsidRDefault="00135B43">
      <w:r>
        <w:t>I invite you to join me in giving what you can.</w:t>
      </w:r>
    </w:p>
    <w:p w14:paraId="470796F4" w14:textId="77777777" w:rsidR="006A5D83" w:rsidRDefault="00135B43">
      <w:r>
        <w:t>Together, we can build a stronger community.</w:t>
      </w:r>
    </w:p>
    <w:p w14:paraId="0936DD18" w14:textId="77777777" w:rsidR="006A5D83" w:rsidRDefault="006A5D83"/>
    <w:p w14:paraId="18CC9C04" w14:textId="77777777" w:rsidR="006A5D83" w:rsidRDefault="00135B43">
      <w:r>
        <w:t>Warm regards,</w:t>
      </w:r>
    </w:p>
    <w:p w14:paraId="7C8A0510" w14:textId="77777777" w:rsidR="006A5D83" w:rsidRDefault="00135B43">
      <w:r>
        <w:t>[Name]</w:t>
      </w:r>
    </w:p>
    <w:sectPr w:rsidR="006A5D8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93373745">
    <w:abstractNumId w:val="8"/>
  </w:num>
  <w:num w:numId="2" w16cid:durableId="1830176075">
    <w:abstractNumId w:val="6"/>
  </w:num>
  <w:num w:numId="3" w16cid:durableId="1753425105">
    <w:abstractNumId w:val="5"/>
  </w:num>
  <w:num w:numId="4" w16cid:durableId="2033457156">
    <w:abstractNumId w:val="4"/>
  </w:num>
  <w:num w:numId="5" w16cid:durableId="200828597">
    <w:abstractNumId w:val="7"/>
  </w:num>
  <w:num w:numId="6" w16cid:durableId="145510659">
    <w:abstractNumId w:val="3"/>
  </w:num>
  <w:num w:numId="7" w16cid:durableId="587153278">
    <w:abstractNumId w:val="2"/>
  </w:num>
  <w:num w:numId="8" w16cid:durableId="2087461358">
    <w:abstractNumId w:val="1"/>
  </w:num>
  <w:num w:numId="9" w16cid:durableId="234434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5B43"/>
    <w:rsid w:val="0015074B"/>
    <w:rsid w:val="00186DA4"/>
    <w:rsid w:val="0029639D"/>
    <w:rsid w:val="00326F90"/>
    <w:rsid w:val="006A5D83"/>
    <w:rsid w:val="00AA1D8D"/>
    <w:rsid w:val="00B47730"/>
    <w:rsid w:val="00CB0664"/>
    <w:rsid w:val="00F0231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2D55F02D-310C-4E31-8B7F-B5353C88E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E9ADD199E6FB42A0F9E790CA2DB138" ma:contentTypeVersion="18" ma:contentTypeDescription="Create a new document." ma:contentTypeScope="" ma:versionID="d00dd780efb66f6b09ca959ddb8b748b">
  <xsd:schema xmlns:xsd="http://www.w3.org/2001/XMLSchema" xmlns:xs="http://www.w3.org/2001/XMLSchema" xmlns:p="http://schemas.microsoft.com/office/2006/metadata/properties" xmlns:ns2="ea46e9b4-45fa-4b82-b32b-52161f03d8dc" xmlns:ns3="1ac43814-97f8-4c2b-8e36-4615f1e64603" targetNamespace="http://schemas.microsoft.com/office/2006/metadata/properties" ma:root="true" ma:fieldsID="ddf81243a7794c69e59e6526fa2aa1e0" ns2:_="" ns3:_="">
    <xsd:import namespace="ea46e9b4-45fa-4b82-b32b-52161f03d8dc"/>
    <xsd:import namespace="1ac43814-97f8-4c2b-8e36-4615f1e646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46e9b4-45fa-4b82-b32b-52161f03d8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bed4274-54c1-4ae8-b3ba-7a346e8b12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43814-97f8-4c2b-8e36-4615f1e6460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ce68da-0333-41ec-825d-abba040ea7f0}" ma:internalName="TaxCatchAll" ma:showField="CatchAllData" ma:web="1ac43814-97f8-4c2b-8e36-4615f1e646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46e9b4-45fa-4b82-b32b-52161f03d8dc">
      <Terms xmlns="http://schemas.microsoft.com/office/infopath/2007/PartnerControls"/>
    </lcf76f155ced4ddcb4097134ff3c332f>
    <TaxCatchAll xmlns="1ac43814-97f8-4c2b-8e36-4615f1e6460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07DBA3-D713-44D3-9206-98C8B97AE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46e9b4-45fa-4b82-b32b-52161f03d8dc"/>
    <ds:schemaRef ds:uri="1ac43814-97f8-4c2b-8e36-4615f1e646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AECE40-9FD8-4DDA-87C9-B1C138B43CEA}">
  <ds:schemaRefs>
    <ds:schemaRef ds:uri="http://schemas.microsoft.com/office/2006/metadata/properties"/>
    <ds:schemaRef ds:uri="http://schemas.microsoft.com/office/infopath/2007/PartnerControls"/>
    <ds:schemaRef ds:uri="ea46e9b4-45fa-4b82-b32b-52161f03d8dc"/>
    <ds:schemaRef ds:uri="1ac43814-97f8-4c2b-8e36-4615f1e64603"/>
  </ds:schemaRefs>
</ds:datastoreItem>
</file>

<file path=customXml/itemProps4.xml><?xml version="1.0" encoding="utf-8"?>
<ds:datastoreItem xmlns:ds="http://schemas.openxmlformats.org/officeDocument/2006/customXml" ds:itemID="{E2164CD1-9A6F-47A8-B7D4-B1F0B71444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Neil Lyons</cp:lastModifiedBy>
  <cp:revision>2</cp:revision>
  <dcterms:created xsi:type="dcterms:W3CDTF">2013-12-23T23:15:00Z</dcterms:created>
  <dcterms:modified xsi:type="dcterms:W3CDTF">2026-08-19T15:54:00Z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0x010100A2E9ADD199E6FB42A0F9E790CA2DB138</vt:lpwstr>
  </property>
  <property fmtid="{D5CDD505-2E9C-101B-9397-08002B2CF9AE}" pid="3" name="MediaServiceImageTags">
    <vt:lpwstr/>
  </property>
</Properties>
</file>