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FEC6" w14:textId="77777777" w:rsidR="00D746AA" w:rsidRDefault="00082D1E">
      <w:r>
        <w:t>Subject: We’re Halfway There—Let’s Keep the Momentum Going!</w:t>
      </w:r>
    </w:p>
    <w:p w14:paraId="4D62B66A" w14:textId="77777777" w:rsidR="00D746AA" w:rsidRDefault="00D746AA"/>
    <w:p w14:paraId="256E18B6" w14:textId="1916503B" w:rsidR="00D746AA" w:rsidRDefault="00082D1E">
      <w:r>
        <w:t>Hi Team,</w:t>
      </w:r>
    </w:p>
    <w:p w14:paraId="53481277" w14:textId="26EDE48A" w:rsidR="00D746AA" w:rsidRDefault="00082D1E">
      <w:r>
        <w:t xml:space="preserve">We’re halfway through our </w:t>
      </w:r>
      <w:r w:rsidR="0030073F">
        <w:t xml:space="preserve">campaign, </w:t>
      </w:r>
      <w:r>
        <w:t>thank you to those who have given!</w:t>
      </w:r>
      <w:r w:rsidR="0030073F">
        <w:t xml:space="preserve"> </w:t>
      </w:r>
      <w:r>
        <w:t>We’re making progress toward our $900,000 goal supporting over 40,000 people locally.</w:t>
      </w:r>
    </w:p>
    <w:p w14:paraId="0A3D3725" w14:textId="59141BE9" w:rsidR="00D746AA" w:rsidRDefault="00082D1E">
      <w:r>
        <w:t>There’s still time to give: [Insert link]</w:t>
      </w:r>
    </w:p>
    <w:p w14:paraId="69794441" w14:textId="77777777" w:rsidR="00D746AA" w:rsidRDefault="00082D1E">
      <w:r>
        <w:t>Let’s keep going strong!</w:t>
      </w:r>
    </w:p>
    <w:p w14:paraId="6C3C6C32" w14:textId="77777777" w:rsidR="00D746AA" w:rsidRDefault="00D746AA"/>
    <w:p w14:paraId="650F9A4C" w14:textId="77777777" w:rsidR="00D746AA" w:rsidRDefault="00082D1E">
      <w:r>
        <w:t>Thanks,</w:t>
      </w:r>
    </w:p>
    <w:p w14:paraId="229F3140" w14:textId="77777777" w:rsidR="00D746AA" w:rsidRDefault="00082D1E">
      <w:r>
        <w:t>[Name]</w:t>
      </w:r>
    </w:p>
    <w:sectPr w:rsidR="00D746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5745603">
    <w:abstractNumId w:val="8"/>
  </w:num>
  <w:num w:numId="2" w16cid:durableId="501168535">
    <w:abstractNumId w:val="6"/>
  </w:num>
  <w:num w:numId="3" w16cid:durableId="1137383326">
    <w:abstractNumId w:val="5"/>
  </w:num>
  <w:num w:numId="4" w16cid:durableId="659116145">
    <w:abstractNumId w:val="4"/>
  </w:num>
  <w:num w:numId="5" w16cid:durableId="1520654152">
    <w:abstractNumId w:val="7"/>
  </w:num>
  <w:num w:numId="6" w16cid:durableId="139881886">
    <w:abstractNumId w:val="3"/>
  </w:num>
  <w:num w:numId="7" w16cid:durableId="1149446352">
    <w:abstractNumId w:val="2"/>
  </w:num>
  <w:num w:numId="8" w16cid:durableId="576475765">
    <w:abstractNumId w:val="1"/>
  </w:num>
  <w:num w:numId="9" w16cid:durableId="487401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D1E"/>
    <w:rsid w:val="0015074B"/>
    <w:rsid w:val="0029639D"/>
    <w:rsid w:val="0030073F"/>
    <w:rsid w:val="00326F90"/>
    <w:rsid w:val="00AA1D8D"/>
    <w:rsid w:val="00B47730"/>
    <w:rsid w:val="00CB0664"/>
    <w:rsid w:val="00CB1E56"/>
    <w:rsid w:val="00D746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9B13F8B-C9C1-430F-ACFA-B4AC1746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9ADD199E6FB42A0F9E790CA2DB138" ma:contentTypeVersion="18" ma:contentTypeDescription="Create a new document." ma:contentTypeScope="" ma:versionID="d00dd780efb66f6b09ca959ddb8b748b">
  <xsd:schema xmlns:xsd="http://www.w3.org/2001/XMLSchema" xmlns:xs="http://www.w3.org/2001/XMLSchema" xmlns:p="http://schemas.microsoft.com/office/2006/metadata/properties" xmlns:ns2="ea46e9b4-45fa-4b82-b32b-52161f03d8dc" xmlns:ns3="1ac43814-97f8-4c2b-8e36-4615f1e64603" targetNamespace="http://schemas.microsoft.com/office/2006/metadata/properties" ma:root="true" ma:fieldsID="ddf81243a7794c69e59e6526fa2aa1e0" ns2:_="" ns3:_="">
    <xsd:import namespace="ea46e9b4-45fa-4b82-b32b-52161f03d8dc"/>
    <xsd:import namespace="1ac43814-97f8-4c2b-8e36-4615f1e64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6e9b4-45fa-4b82-b32b-52161f03d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bed4274-54c1-4ae8-b3ba-7a346e8b1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43814-97f8-4c2b-8e36-4615f1e64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ce68da-0333-41ec-825d-abba040ea7f0}" ma:internalName="TaxCatchAll" ma:showField="CatchAllData" ma:web="1ac43814-97f8-4c2b-8e36-4615f1e64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46e9b4-45fa-4b82-b32b-52161f03d8dc">
      <Terms xmlns="http://schemas.microsoft.com/office/infopath/2007/PartnerControls"/>
    </lcf76f155ced4ddcb4097134ff3c332f>
    <TaxCatchAll xmlns="1ac43814-97f8-4c2b-8e36-4615f1e6460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62ACDB-D1A6-4A92-83EE-4FF7F241F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6e9b4-45fa-4b82-b32b-52161f03d8dc"/>
    <ds:schemaRef ds:uri="1ac43814-97f8-4c2b-8e36-4615f1e64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25008F-71B0-4196-88AB-E8C8D979AC3D}">
  <ds:schemaRefs>
    <ds:schemaRef ds:uri="http://schemas.microsoft.com/office/2006/metadata/properties"/>
    <ds:schemaRef ds:uri="http://schemas.microsoft.com/office/infopath/2007/PartnerControls"/>
    <ds:schemaRef ds:uri="ea46e9b4-45fa-4b82-b32b-52161f03d8dc"/>
    <ds:schemaRef ds:uri="1ac43814-97f8-4c2b-8e36-4615f1e64603"/>
  </ds:schemaRefs>
</ds:datastoreItem>
</file>

<file path=customXml/itemProps4.xml><?xml version="1.0" encoding="utf-8"?>
<ds:datastoreItem xmlns:ds="http://schemas.openxmlformats.org/officeDocument/2006/customXml" ds:itemID="{CCDACB14-11CF-4D05-BB2F-F2D343463A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Neil Lyons</cp:lastModifiedBy>
  <cp:revision>2</cp:revision>
  <dcterms:created xsi:type="dcterms:W3CDTF">2013-12-23T23:15:00Z</dcterms:created>
  <dcterms:modified xsi:type="dcterms:W3CDTF">2026-08-19T15:55:00Z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0x010100A2E9ADD199E6FB42A0F9E790CA2DB138</vt:lpwstr>
  </property>
  <property fmtid="{D5CDD505-2E9C-101B-9397-08002B2CF9AE}" pid="3" name="MediaServiceImageTags">
    <vt:lpwstr/>
  </property>
</Properties>
</file>