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91624" w14:textId="77777777" w:rsidR="00A563D5" w:rsidRDefault="00630587">
      <w:r>
        <w:t>Subject: Get Ready—Our United Way Campaign Starts Soon!</w:t>
      </w:r>
    </w:p>
    <w:p w14:paraId="653330ED" w14:textId="77777777" w:rsidR="00A563D5" w:rsidRDefault="00A563D5"/>
    <w:p w14:paraId="3D5BB1E1" w14:textId="42D5E439" w:rsidR="00A563D5" w:rsidRDefault="00630587">
      <w:r>
        <w:t>Hi Everyone,</w:t>
      </w:r>
    </w:p>
    <w:p w14:paraId="5307DC62" w14:textId="36E215CF" w:rsidR="00A563D5" w:rsidRDefault="00630587">
      <w:r>
        <w:t>We’re just a few days away from launching our United Way of Steele County Workplace Giving Campaign, and we’re excited to invite you to be part of something bigger.</w:t>
      </w:r>
    </w:p>
    <w:p w14:paraId="2FBE39B0" w14:textId="093C9A48" w:rsidR="00A563D5" w:rsidRDefault="00630587">
      <w:r>
        <w:t xml:space="preserve">At United Way, </w:t>
      </w:r>
      <w:r w:rsidR="00647DCA">
        <w:t xml:space="preserve">they </w:t>
      </w:r>
      <w:r>
        <w:t>mobilize communities to action so all can thrive, and right here in Steele County, that means creating real opportunities for over 40,000 of our neighbors each year.</w:t>
      </w:r>
    </w:p>
    <w:p w14:paraId="3E27DBC7" w14:textId="06A2A289" w:rsidR="00A563D5" w:rsidRDefault="00630587">
      <w:r>
        <w:t>This year, our community goal is $900,000—and together, we can get there.</w:t>
      </w:r>
    </w:p>
    <w:p w14:paraId="1A2727A7" w14:textId="77777777" w:rsidR="00A563D5" w:rsidRDefault="00630587">
      <w:r>
        <w:t>Here’s what to expect:</w:t>
      </w:r>
    </w:p>
    <w:p w14:paraId="6B28FAA5" w14:textId="77777777" w:rsidR="00A563D5" w:rsidRDefault="00630587">
      <w:r>
        <w:t>- Campaign Kickoff: [Insert Date/Event]</w:t>
      </w:r>
    </w:p>
    <w:p w14:paraId="1E248900" w14:textId="77777777" w:rsidR="00A563D5" w:rsidRDefault="00630587">
      <w:r>
        <w:t>- How to Give: Payroll deduction, one-time gifts, or online</w:t>
      </w:r>
    </w:p>
    <w:p w14:paraId="7AA87E9E" w14:textId="77777777" w:rsidR="00A563D5" w:rsidRDefault="00630587">
      <w:r>
        <w:t>- Why It Matters: Your gift stays local and strengthens our community</w:t>
      </w:r>
    </w:p>
    <w:p w14:paraId="1CA121B3" w14:textId="52CB16D4" w:rsidR="00A563D5" w:rsidRDefault="00630587">
      <w:r>
        <w:t>- Events &amp; Incentives: [Insert details]</w:t>
      </w:r>
    </w:p>
    <w:p w14:paraId="6C96969B" w14:textId="77777777" w:rsidR="00A563D5" w:rsidRDefault="00630587">
      <w:r>
        <w:t>Together, we can build a stronger Steele County.</w:t>
      </w:r>
    </w:p>
    <w:p w14:paraId="681CBC8E" w14:textId="77777777" w:rsidR="00A563D5" w:rsidRDefault="00A563D5"/>
    <w:p w14:paraId="317A845B" w14:textId="77777777" w:rsidR="00A563D5" w:rsidRDefault="00630587">
      <w:r>
        <w:t>Sincerely,</w:t>
      </w:r>
    </w:p>
    <w:p w14:paraId="443458B2" w14:textId="77777777" w:rsidR="00A563D5" w:rsidRDefault="00630587">
      <w:r>
        <w:t>[Name]</w:t>
      </w:r>
    </w:p>
    <w:sectPr w:rsidR="00A563D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01500488">
    <w:abstractNumId w:val="8"/>
  </w:num>
  <w:num w:numId="2" w16cid:durableId="625505589">
    <w:abstractNumId w:val="6"/>
  </w:num>
  <w:num w:numId="3" w16cid:durableId="1315992450">
    <w:abstractNumId w:val="5"/>
  </w:num>
  <w:num w:numId="4" w16cid:durableId="549919048">
    <w:abstractNumId w:val="4"/>
  </w:num>
  <w:num w:numId="5" w16cid:durableId="428282861">
    <w:abstractNumId w:val="7"/>
  </w:num>
  <w:num w:numId="6" w16cid:durableId="1014108159">
    <w:abstractNumId w:val="3"/>
  </w:num>
  <w:num w:numId="7" w16cid:durableId="771706384">
    <w:abstractNumId w:val="2"/>
  </w:num>
  <w:num w:numId="8" w16cid:durableId="1078209246">
    <w:abstractNumId w:val="1"/>
  </w:num>
  <w:num w:numId="9" w16cid:durableId="1867982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B311D"/>
    <w:rsid w:val="00630587"/>
    <w:rsid w:val="00647DCA"/>
    <w:rsid w:val="00A4551D"/>
    <w:rsid w:val="00A563D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8748610-E2CA-408C-A12F-6983BC65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E9ADD199E6FB42A0F9E790CA2DB138" ma:contentTypeVersion="18" ma:contentTypeDescription="Create a new document." ma:contentTypeScope="" ma:versionID="d00dd780efb66f6b09ca959ddb8b748b">
  <xsd:schema xmlns:xsd="http://www.w3.org/2001/XMLSchema" xmlns:xs="http://www.w3.org/2001/XMLSchema" xmlns:p="http://schemas.microsoft.com/office/2006/metadata/properties" xmlns:ns2="ea46e9b4-45fa-4b82-b32b-52161f03d8dc" xmlns:ns3="1ac43814-97f8-4c2b-8e36-4615f1e64603" targetNamespace="http://schemas.microsoft.com/office/2006/metadata/properties" ma:root="true" ma:fieldsID="ddf81243a7794c69e59e6526fa2aa1e0" ns2:_="" ns3:_="">
    <xsd:import namespace="ea46e9b4-45fa-4b82-b32b-52161f03d8dc"/>
    <xsd:import namespace="1ac43814-97f8-4c2b-8e36-4615f1e646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6e9b4-45fa-4b82-b32b-52161f03d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bed4274-54c1-4ae8-b3ba-7a346e8b1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43814-97f8-4c2b-8e36-4615f1e646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ce68da-0333-41ec-825d-abba040ea7f0}" ma:internalName="TaxCatchAll" ma:showField="CatchAllData" ma:web="1ac43814-97f8-4c2b-8e36-4615f1e646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46e9b4-45fa-4b82-b32b-52161f03d8dc">
      <Terms xmlns="http://schemas.microsoft.com/office/infopath/2007/PartnerControls"/>
    </lcf76f155ced4ddcb4097134ff3c332f>
    <TaxCatchAll xmlns="1ac43814-97f8-4c2b-8e36-4615f1e6460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2DC32C-9712-44CB-8875-51BEF0763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46e9b4-45fa-4b82-b32b-52161f03d8dc"/>
    <ds:schemaRef ds:uri="1ac43814-97f8-4c2b-8e36-4615f1e646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64E673-E551-4A8E-835E-F59B88F79DF6}">
  <ds:schemaRefs>
    <ds:schemaRef ds:uri="http://schemas.microsoft.com/office/2006/metadata/properties"/>
    <ds:schemaRef ds:uri="http://schemas.microsoft.com/office/infopath/2007/PartnerControls"/>
    <ds:schemaRef ds:uri="ea46e9b4-45fa-4b82-b32b-52161f03d8dc"/>
    <ds:schemaRef ds:uri="1ac43814-97f8-4c2b-8e36-4615f1e64603"/>
  </ds:schemaRefs>
</ds:datastoreItem>
</file>

<file path=customXml/itemProps4.xml><?xml version="1.0" encoding="utf-8"?>
<ds:datastoreItem xmlns:ds="http://schemas.openxmlformats.org/officeDocument/2006/customXml" ds:itemID="{742DB5D5-0919-4524-A153-02D285B090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665</Characters>
  <Application>Microsoft Office Word</Application>
  <DocSecurity>0</DocSecurity>
  <Lines>17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Lyons</cp:lastModifiedBy>
  <cp:revision>3</cp:revision>
  <dcterms:created xsi:type="dcterms:W3CDTF">2013-12-23T23:15:00Z</dcterms:created>
  <dcterms:modified xsi:type="dcterms:W3CDTF">2026-08-19T15:56:00Z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0x010100A2E9ADD199E6FB42A0F9E790CA2DB138</vt:lpwstr>
  </property>
  <property fmtid="{D5CDD505-2E9C-101B-9397-08002B2CF9AE}" pid="3" name="MediaServiceImageTags">
    <vt:lpwstr/>
  </property>
</Properties>
</file>