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983BF" w14:textId="77777777" w:rsidR="00AE1A4D" w:rsidRDefault="00C033C9">
      <w:r>
        <w:t>Subject: Thank You for Making a Difference</w:t>
      </w:r>
    </w:p>
    <w:p w14:paraId="4BFFFB78" w14:textId="77777777" w:rsidR="00AE1A4D" w:rsidRDefault="00AE1A4D"/>
    <w:p w14:paraId="78F188B2" w14:textId="33292162" w:rsidR="00AE1A4D" w:rsidRDefault="00C033C9">
      <w:r>
        <w:t>Hi Team,</w:t>
      </w:r>
    </w:p>
    <w:p w14:paraId="1B1FDAEA" w14:textId="7EAB6B98" w:rsidR="00AE1A4D" w:rsidRDefault="00C033C9">
      <w:r>
        <w:t>Thank you for supporting our United Way campaign.</w:t>
      </w:r>
    </w:p>
    <w:p w14:paraId="0BF83D05" w14:textId="4BA24593" w:rsidR="00AE1A4D" w:rsidRDefault="00C033C9">
      <w:r>
        <w:t>Because of your generosity, we’re helping serve over 40,000 people across Steele County.</w:t>
      </w:r>
    </w:p>
    <w:p w14:paraId="4D499CAB" w14:textId="77777777" w:rsidR="00AE1A4D" w:rsidRDefault="00C033C9">
      <w:r>
        <w:t>We are stronger because of you.</w:t>
      </w:r>
    </w:p>
    <w:p w14:paraId="1C0C1A46" w14:textId="77777777" w:rsidR="00AE1A4D" w:rsidRDefault="00AE1A4D"/>
    <w:p w14:paraId="1758B437" w14:textId="77777777" w:rsidR="00AE1A4D" w:rsidRDefault="00C033C9">
      <w:r>
        <w:t>With gratitude,</w:t>
      </w:r>
    </w:p>
    <w:p w14:paraId="41067214" w14:textId="77777777" w:rsidR="00AE1A4D" w:rsidRDefault="00C033C9">
      <w:r>
        <w:t>[Name]</w:t>
      </w:r>
    </w:p>
    <w:sectPr w:rsidR="00AE1A4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02770692">
    <w:abstractNumId w:val="8"/>
  </w:num>
  <w:num w:numId="2" w16cid:durableId="1748653907">
    <w:abstractNumId w:val="6"/>
  </w:num>
  <w:num w:numId="3" w16cid:durableId="1959069240">
    <w:abstractNumId w:val="5"/>
  </w:num>
  <w:num w:numId="4" w16cid:durableId="1208763102">
    <w:abstractNumId w:val="4"/>
  </w:num>
  <w:num w:numId="5" w16cid:durableId="2146653294">
    <w:abstractNumId w:val="7"/>
  </w:num>
  <w:num w:numId="6" w16cid:durableId="1532760864">
    <w:abstractNumId w:val="3"/>
  </w:num>
  <w:num w:numId="7" w16cid:durableId="1749380782">
    <w:abstractNumId w:val="2"/>
  </w:num>
  <w:num w:numId="8" w16cid:durableId="622730294">
    <w:abstractNumId w:val="1"/>
  </w:num>
  <w:num w:numId="9" w16cid:durableId="11396113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22941"/>
    <w:rsid w:val="006E41CE"/>
    <w:rsid w:val="00AA1D8D"/>
    <w:rsid w:val="00AE1A4D"/>
    <w:rsid w:val="00B47730"/>
    <w:rsid w:val="00C033C9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48AB30FE-5589-45F6-A59A-2198BDE78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E9ADD199E6FB42A0F9E790CA2DB138" ma:contentTypeVersion="18" ma:contentTypeDescription="Create a new document." ma:contentTypeScope="" ma:versionID="d00dd780efb66f6b09ca959ddb8b748b">
  <xsd:schema xmlns:xsd="http://www.w3.org/2001/XMLSchema" xmlns:xs="http://www.w3.org/2001/XMLSchema" xmlns:p="http://schemas.microsoft.com/office/2006/metadata/properties" xmlns:ns2="ea46e9b4-45fa-4b82-b32b-52161f03d8dc" xmlns:ns3="1ac43814-97f8-4c2b-8e36-4615f1e64603" targetNamespace="http://schemas.microsoft.com/office/2006/metadata/properties" ma:root="true" ma:fieldsID="ddf81243a7794c69e59e6526fa2aa1e0" ns2:_="" ns3:_="">
    <xsd:import namespace="ea46e9b4-45fa-4b82-b32b-52161f03d8dc"/>
    <xsd:import namespace="1ac43814-97f8-4c2b-8e36-4615f1e646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46e9b4-45fa-4b82-b32b-52161f03d8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bed4274-54c1-4ae8-b3ba-7a346e8b128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c43814-97f8-4c2b-8e36-4615f1e6460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bce68da-0333-41ec-825d-abba040ea7f0}" ma:internalName="TaxCatchAll" ma:showField="CatchAllData" ma:web="1ac43814-97f8-4c2b-8e36-4615f1e646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46e9b4-45fa-4b82-b32b-52161f03d8dc">
      <Terms xmlns="http://schemas.microsoft.com/office/infopath/2007/PartnerControls"/>
    </lcf76f155ced4ddcb4097134ff3c332f>
    <TaxCatchAll xmlns="1ac43814-97f8-4c2b-8e36-4615f1e6460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53ECC76-ABC4-41F4-9372-3465808FA0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46e9b4-45fa-4b82-b32b-52161f03d8dc"/>
    <ds:schemaRef ds:uri="1ac43814-97f8-4c2b-8e36-4615f1e646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169D85E-325C-4794-BDDD-A75E2973BBAB}">
  <ds:schemaRefs>
    <ds:schemaRef ds:uri="http://schemas.microsoft.com/office/2006/metadata/properties"/>
    <ds:schemaRef ds:uri="http://schemas.microsoft.com/office/infopath/2007/PartnerControls"/>
    <ds:schemaRef ds:uri="ea46e9b4-45fa-4b82-b32b-52161f03d8dc"/>
    <ds:schemaRef ds:uri="1ac43814-97f8-4c2b-8e36-4615f1e64603"/>
  </ds:schemaRefs>
</ds:datastoreItem>
</file>

<file path=customXml/itemProps4.xml><?xml version="1.0" encoding="utf-8"?>
<ds:datastoreItem xmlns:ds="http://schemas.openxmlformats.org/officeDocument/2006/customXml" ds:itemID="{45A8E034-F355-4B0A-98DC-8CC6C16B7EB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Neil Lyons</cp:lastModifiedBy>
  <cp:revision>2</cp:revision>
  <dcterms:created xsi:type="dcterms:W3CDTF">2013-12-23T23:15:00Z</dcterms:created>
  <dcterms:modified xsi:type="dcterms:W3CDTF">2026-08-19T15:56:00Z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0x010100A2E9ADD199E6FB42A0F9E790CA2DB138</vt:lpwstr>
  </property>
  <property fmtid="{D5CDD505-2E9C-101B-9397-08002B2CF9AE}" pid="3" name="MediaServiceImageTags">
    <vt:lpwstr/>
  </property>
</Properties>
</file>